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04AAE" w14:textId="77777777" w:rsidR="009F16EB" w:rsidRDefault="00860D52">
      <w:pPr>
        <w:pStyle w:val="Title"/>
      </w:pPr>
      <w:r>
        <w:t>Shae Pearson</w:t>
      </w:r>
    </w:p>
    <w:p w14:paraId="25DDE11C" w14:textId="77777777" w:rsidR="009F16EB" w:rsidRDefault="00860D52">
      <w:r>
        <w:t>0226519920 | pearsonshae87@gmail.com</w:t>
      </w:r>
    </w:p>
    <w:p w14:paraId="4C11B83A" w14:textId="77777777" w:rsidR="009F16EB" w:rsidRDefault="00860D52">
      <w:pPr>
        <w:pStyle w:val="Heading1"/>
      </w:pPr>
      <w:r>
        <w:t>SUMMARY</w:t>
      </w:r>
    </w:p>
    <w:p w14:paraId="5ED566BB" w14:textId="77777777" w:rsidR="009F16EB" w:rsidRDefault="00860D52">
      <w:r>
        <w:t>Motivated and reliable 19-year-old seeking employment opportunities. I am a quick learner who enjoys hands-on work and staying productive. I take pride in being dependable, working hard, and adapting quickly to new tasks. In my spare time, I enjoy working on cars, which has strengthened my practical skills and attention to detail.</w:t>
      </w:r>
    </w:p>
    <w:p w14:paraId="3BD2EFB9" w14:textId="77777777" w:rsidR="009F16EB" w:rsidRDefault="00860D52">
      <w:pPr>
        <w:pStyle w:val="Heading1"/>
      </w:pPr>
      <w:r>
        <w:t>SKILLS</w:t>
      </w:r>
    </w:p>
    <w:p w14:paraId="2643533E" w14:textId="77777777" w:rsidR="009F16EB" w:rsidRDefault="00860D52">
      <w:pPr>
        <w:pStyle w:val="ListBullet"/>
      </w:pPr>
      <w:r>
        <w:t>Strong work ethic and reliability</w:t>
      </w:r>
    </w:p>
    <w:p w14:paraId="7FDD2C7D" w14:textId="77777777" w:rsidR="009F16EB" w:rsidRDefault="00860D52">
      <w:pPr>
        <w:pStyle w:val="ListBullet"/>
      </w:pPr>
      <w:r>
        <w:t>Quick learner with a positive attitude</w:t>
      </w:r>
    </w:p>
    <w:p w14:paraId="6300B5BD" w14:textId="77777777" w:rsidR="009F16EB" w:rsidRDefault="00860D52">
      <w:pPr>
        <w:pStyle w:val="ListBullet"/>
      </w:pPr>
      <w:r>
        <w:t>Good teamwork and communication skills</w:t>
      </w:r>
    </w:p>
    <w:p w14:paraId="2D48F717" w14:textId="77777777" w:rsidR="009F16EB" w:rsidRDefault="00860D52">
      <w:pPr>
        <w:pStyle w:val="ListBullet"/>
      </w:pPr>
      <w:r>
        <w:t>Hands-on and practical mindset</w:t>
      </w:r>
    </w:p>
    <w:p w14:paraId="633C089E" w14:textId="77777777" w:rsidR="009F16EB" w:rsidRDefault="00860D52">
      <w:pPr>
        <w:pStyle w:val="ListBullet"/>
      </w:pPr>
      <w:r>
        <w:t>Time management and ability to stay busy</w:t>
      </w:r>
    </w:p>
    <w:p w14:paraId="11237862" w14:textId="77777777" w:rsidR="009F16EB" w:rsidRDefault="00860D52">
      <w:pPr>
        <w:pStyle w:val="Heading1"/>
      </w:pPr>
      <w:r>
        <w:t>EXPERIENCE</w:t>
      </w:r>
    </w:p>
    <w:p w14:paraId="18CDF90F" w14:textId="77777777" w:rsidR="009F16EB" w:rsidRDefault="00860D52">
      <w:r>
        <w:t>Process Worker, Axiam Plastics — June 2024 to November 2024, Whanganui</w:t>
      </w:r>
    </w:p>
    <w:p w14:paraId="30D8636E" w14:textId="77777777" w:rsidR="009F16EB" w:rsidRDefault="00860D52">
      <w:pPr>
        <w:pStyle w:val="ListBullet"/>
      </w:pPr>
      <w:r>
        <w:t>Assembled products efficiently for packaging and distribution</w:t>
      </w:r>
    </w:p>
    <w:p w14:paraId="786B4887" w14:textId="77777777" w:rsidR="009F16EB" w:rsidRDefault="00860D52">
      <w:pPr>
        <w:pStyle w:val="ListBullet"/>
      </w:pPr>
      <w:r>
        <w:t>Packed items for shipping across New Zealand and internationally</w:t>
      </w:r>
    </w:p>
    <w:p w14:paraId="46CA4D84" w14:textId="77777777" w:rsidR="009F16EB" w:rsidRDefault="00860D52">
      <w:pPr>
        <w:pStyle w:val="ListBullet"/>
      </w:pPr>
      <w:r>
        <w:t>Maintained a clean and organised work area</w:t>
      </w:r>
    </w:p>
    <w:p w14:paraId="5A0C9F23" w14:textId="77777777" w:rsidR="009F16EB" w:rsidRDefault="00860D52">
      <w:pPr>
        <w:pStyle w:val="ListBullet"/>
      </w:pPr>
      <w:r>
        <w:t>Followed workplace safety procedures and instructions</w:t>
      </w:r>
    </w:p>
    <w:p w14:paraId="3141E7EB" w14:textId="77777777" w:rsidR="009F16EB" w:rsidRDefault="00860D52">
      <w:pPr>
        <w:pStyle w:val="ListBullet"/>
      </w:pPr>
      <w:r>
        <w:t>Worked as part of a team to meet daily targets</w:t>
      </w:r>
    </w:p>
    <w:p w14:paraId="486AF2EB" w14:textId="77777777" w:rsidR="009F16EB" w:rsidRDefault="00860D52">
      <w:pPr>
        <w:pStyle w:val="Heading1"/>
      </w:pPr>
      <w:r>
        <w:t>EDUCATION AND TRAINING</w:t>
      </w:r>
    </w:p>
    <w:p w14:paraId="49F60553" w14:textId="77777777" w:rsidR="009F16EB" w:rsidRDefault="00860D52">
      <w:pPr>
        <w:pStyle w:val="ListBullet"/>
      </w:pPr>
      <w:r>
        <w:t>Available for immediate start</w:t>
      </w:r>
    </w:p>
    <w:p w14:paraId="7E3726D4" w14:textId="77777777" w:rsidR="009F16EB" w:rsidRDefault="00860D52">
      <w:pPr>
        <w:pStyle w:val="ListBullet"/>
      </w:pPr>
      <w:r>
        <w:t>Open to a wide range of roles</w:t>
      </w:r>
    </w:p>
    <w:p w14:paraId="24D97F84" w14:textId="77777777" w:rsidR="009F16EB" w:rsidRDefault="00860D52">
      <w:pPr>
        <w:pStyle w:val="ListBullet"/>
      </w:pPr>
      <w:r>
        <w:t>Willing to learn new skills and take on any task</w:t>
      </w:r>
    </w:p>
    <w:p w14:paraId="46FD9F07" w14:textId="77777777" w:rsidR="009F16EB" w:rsidRDefault="00860D52">
      <w:pPr>
        <w:pStyle w:val="Heading1"/>
      </w:pPr>
      <w:r>
        <w:t>REFERENCES</w:t>
      </w:r>
    </w:p>
    <w:p w14:paraId="0ACAB29A" w14:textId="77777777" w:rsidR="009F16EB" w:rsidRDefault="00860D52">
      <w:r>
        <w:t>Chanelle Darbyshire</w:t>
      </w:r>
      <w:r>
        <w:br/>
        <w:t>Phone: 027 236 2828</w:t>
      </w:r>
    </w:p>
    <w:p w14:paraId="1D32765E" w14:textId="77777777" w:rsidR="009F16EB" w:rsidRDefault="00860D52">
      <w:r>
        <w:t>Grant Dempsey</w:t>
      </w:r>
      <w:r>
        <w:br/>
        <w:t>Phone: 022 456 2681</w:t>
      </w:r>
    </w:p>
    <w:sectPr w:rsidR="009F16EB" w:rsidSect="00034616">
      <w:headerReference w:type="even" r:id="rId8"/>
      <w:head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8E534" w14:textId="77777777" w:rsidR="00860D52" w:rsidRDefault="00860D52" w:rsidP="00860D52">
      <w:pPr>
        <w:spacing w:after="0" w:line="240" w:lineRule="auto"/>
      </w:pPr>
      <w:r>
        <w:separator/>
      </w:r>
    </w:p>
  </w:endnote>
  <w:endnote w:type="continuationSeparator" w:id="0">
    <w:p w14:paraId="11101883" w14:textId="77777777" w:rsidR="00860D52" w:rsidRDefault="00860D52" w:rsidP="00860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EB927" w14:textId="77777777" w:rsidR="00860D52" w:rsidRDefault="00860D52" w:rsidP="00860D52">
      <w:pPr>
        <w:spacing w:after="0" w:line="240" w:lineRule="auto"/>
      </w:pPr>
      <w:r>
        <w:separator/>
      </w:r>
    </w:p>
  </w:footnote>
  <w:footnote w:type="continuationSeparator" w:id="0">
    <w:p w14:paraId="3D797FFC" w14:textId="77777777" w:rsidR="00860D52" w:rsidRDefault="00860D52" w:rsidP="00860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705E5" w14:textId="003ED526" w:rsidR="00860D52" w:rsidRDefault="00860D5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583CA55" wp14:editId="1CB18E8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68935"/>
              <wp:effectExtent l="0" t="0" r="10160" b="12065"/>
              <wp:wrapNone/>
              <wp:docPr id="374907784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40A325" w14:textId="58BF9E91" w:rsidR="00860D52" w:rsidRPr="00860D52" w:rsidRDefault="00860D52" w:rsidP="00860D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60D5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83CA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-CONFIDENCE" style="position:absolute;margin-left:0;margin-top:0;width:74.2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6640A325" w14:textId="58BF9E91" w:rsidR="00860D52" w:rsidRPr="00860D52" w:rsidRDefault="00860D52" w:rsidP="00860D5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60D5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95B1" w14:textId="78FA5813" w:rsidR="00860D52" w:rsidRDefault="00860D5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11CD6F" wp14:editId="185A3FA3">
              <wp:simplePos x="11430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68935"/>
              <wp:effectExtent l="0" t="0" r="10160" b="12065"/>
              <wp:wrapNone/>
              <wp:docPr id="2073483180" name="Text Box 3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5E2FA" w14:textId="3BB14A11" w:rsidR="00860D52" w:rsidRPr="00860D52" w:rsidRDefault="00860D52" w:rsidP="00860D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60D5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11CD6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-CONFIDENCE" style="position:absolute;margin-left:0;margin-top:0;width:74.2pt;height:29.0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2D15E2FA" w14:textId="3BB14A11" w:rsidR="00860D52" w:rsidRPr="00860D52" w:rsidRDefault="00860D52" w:rsidP="00860D5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60D5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EED76" w14:textId="0EB69612" w:rsidR="00860D52" w:rsidRDefault="00860D5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A7FA0C" wp14:editId="6A24422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68935"/>
              <wp:effectExtent l="0" t="0" r="10160" b="12065"/>
              <wp:wrapNone/>
              <wp:docPr id="950377447" name="Text Box 1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87EB4B" w14:textId="525A76D5" w:rsidR="00860D52" w:rsidRPr="00860D52" w:rsidRDefault="00860D52" w:rsidP="00860D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60D5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A7FA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-CONFIDENCE" style="position:absolute;margin-left:0;margin-top:0;width:74.2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2D87EB4B" w14:textId="525A76D5" w:rsidR="00860D52" w:rsidRPr="00860D52" w:rsidRDefault="00860D52" w:rsidP="00860D5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60D5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9158505">
    <w:abstractNumId w:val="8"/>
  </w:num>
  <w:num w:numId="2" w16cid:durableId="618537947">
    <w:abstractNumId w:val="6"/>
  </w:num>
  <w:num w:numId="3" w16cid:durableId="898202545">
    <w:abstractNumId w:val="5"/>
  </w:num>
  <w:num w:numId="4" w16cid:durableId="1865292249">
    <w:abstractNumId w:val="4"/>
  </w:num>
  <w:num w:numId="5" w16cid:durableId="88738224">
    <w:abstractNumId w:val="7"/>
  </w:num>
  <w:num w:numId="6" w16cid:durableId="1852186301">
    <w:abstractNumId w:val="3"/>
  </w:num>
  <w:num w:numId="7" w16cid:durableId="1730834910">
    <w:abstractNumId w:val="2"/>
  </w:num>
  <w:num w:numId="8" w16cid:durableId="1481388645">
    <w:abstractNumId w:val="1"/>
  </w:num>
  <w:num w:numId="9" w16cid:durableId="1503549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2A94"/>
    <w:rsid w:val="00860D52"/>
    <w:rsid w:val="009F16E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1CE238"/>
  <w14:defaultImageDpi w14:val="300"/>
  <w15:docId w15:val="{9B1A5D1D-1E4D-4032-A30F-2930C2E9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Kelila Vaioleti</cp:lastModifiedBy>
  <cp:revision>2</cp:revision>
  <dcterms:created xsi:type="dcterms:W3CDTF">2026-04-27T21:39:00Z</dcterms:created>
  <dcterms:modified xsi:type="dcterms:W3CDTF">2026-04-27T21:39:00Z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38a59be7,1658a388,7b96d7ac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IN-CONFIDENCE</vt:lpwstr>
  </property>
  <property fmtid="{D5CDD505-2E9C-101B-9397-08002B2CF9AE}" pid="5" name="MSIP_Label_f43e46a9-9901-46e9-bfae-bb6189d4cb66_Enabled">
    <vt:lpwstr>true</vt:lpwstr>
  </property>
  <property fmtid="{D5CDD505-2E9C-101B-9397-08002B2CF9AE}" pid="6" name="MSIP_Label_f43e46a9-9901-46e9-bfae-bb6189d4cb66_SetDate">
    <vt:lpwstr>2026-04-27T21:39:36Z</vt:lpwstr>
  </property>
  <property fmtid="{D5CDD505-2E9C-101B-9397-08002B2CF9AE}" pid="7" name="MSIP_Label_f43e46a9-9901-46e9-bfae-bb6189d4cb66_Method">
    <vt:lpwstr>Standard</vt:lpwstr>
  </property>
  <property fmtid="{D5CDD505-2E9C-101B-9397-08002B2CF9AE}" pid="8" name="MSIP_Label_f43e46a9-9901-46e9-bfae-bb6189d4cb66_Name">
    <vt:lpwstr>In-confidence</vt:lpwstr>
  </property>
  <property fmtid="{D5CDD505-2E9C-101B-9397-08002B2CF9AE}" pid="9" name="MSIP_Label_f43e46a9-9901-46e9-bfae-bb6189d4cb66_SiteId">
    <vt:lpwstr>e40c4f52-99bd-4d4f-bf7e-d001a2ca6556</vt:lpwstr>
  </property>
  <property fmtid="{D5CDD505-2E9C-101B-9397-08002B2CF9AE}" pid="10" name="MSIP_Label_f43e46a9-9901-46e9-bfae-bb6189d4cb66_ActionId">
    <vt:lpwstr>0915b6d7-95b3-473d-8259-346369fa6b54</vt:lpwstr>
  </property>
  <property fmtid="{D5CDD505-2E9C-101B-9397-08002B2CF9AE}" pid="11" name="MSIP_Label_f43e46a9-9901-46e9-bfae-bb6189d4cb66_ContentBits">
    <vt:lpwstr>1</vt:lpwstr>
  </property>
  <property fmtid="{D5CDD505-2E9C-101B-9397-08002B2CF9AE}" pid="12" name="MSIP_Label_f43e46a9-9901-46e9-bfae-bb6189d4cb66_Tag">
    <vt:lpwstr>10, 3, 0, 1</vt:lpwstr>
  </property>
</Properties>
</file>